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79372" w14:textId="0739DE4F" w:rsidR="000F6148" w:rsidRDefault="0093450D">
      <w:pPr>
        <w:pStyle w:val="Nadpis1"/>
      </w:pPr>
      <w:proofErr w:type="spellStart"/>
      <w:r>
        <w:t>Formulář</w:t>
      </w:r>
      <w:proofErr w:type="spellEnd"/>
      <w:r>
        <w:t xml:space="preserve"> pro </w:t>
      </w:r>
      <w:proofErr w:type="spellStart"/>
      <w:r>
        <w:t>reklamaci</w:t>
      </w:r>
      <w:proofErr w:type="spellEnd"/>
    </w:p>
    <w:p w14:paraId="31B03D4E" w14:textId="1F7AF3F1" w:rsidR="000F6148" w:rsidRDefault="0093450D">
      <w:proofErr w:type="spellStart"/>
      <w:r>
        <w:t>Adresát</w:t>
      </w:r>
      <w:proofErr w:type="spellEnd"/>
      <w:r>
        <w:t xml:space="preserve">: </w:t>
      </w:r>
      <w:proofErr w:type="spellStart"/>
      <w:r>
        <w:t>Omtigo</w:t>
      </w:r>
      <w:proofErr w:type="spellEnd"/>
      <w:r>
        <w:t xml:space="preserve"> </w:t>
      </w:r>
      <w:proofErr w:type="spellStart"/>
      <w:r>
        <w:t>s.r.o.</w:t>
      </w:r>
      <w:proofErr w:type="spellEnd"/>
      <w:r>
        <w:t xml:space="preserve"> / </w:t>
      </w:r>
      <w:proofErr w:type="spellStart"/>
      <w:r>
        <w:t>MedoSvit</w:t>
      </w:r>
      <w:proofErr w:type="spellEnd"/>
      <w:r>
        <w:t xml:space="preserve">, </w:t>
      </w:r>
      <w:proofErr w:type="spellStart"/>
      <w:r w:rsidR="00155B95" w:rsidRPr="00155B95">
        <w:t>Boršice</w:t>
      </w:r>
      <w:proofErr w:type="spellEnd"/>
      <w:r w:rsidR="00155B95" w:rsidRPr="00155B95">
        <w:t xml:space="preserve"> 527,</w:t>
      </w:r>
      <w:r w:rsidR="00155B95">
        <w:t xml:space="preserve"> </w:t>
      </w:r>
      <w:r w:rsidR="00155B95" w:rsidRPr="00155B95">
        <w:t xml:space="preserve">687 09 </w:t>
      </w:r>
      <w:proofErr w:type="spellStart"/>
      <w:r w:rsidR="00155B95" w:rsidRPr="00155B95">
        <w:t>Boršice</w:t>
      </w:r>
      <w:proofErr w:type="spellEnd"/>
      <w:r>
        <w:t xml:space="preserve">, e-mail: </w:t>
      </w:r>
      <w:r w:rsidR="00D24E43">
        <w:t>info@medosvit.cz</w:t>
      </w:r>
      <w:r>
        <w:t>.</w:t>
      </w:r>
    </w:p>
    <w:p w14:paraId="512C985A" w14:textId="77777777" w:rsidR="000F6148" w:rsidRDefault="0093450D">
      <w:proofErr w:type="spellStart"/>
      <w:r>
        <w:t>Jméno</w:t>
      </w:r>
      <w:proofErr w:type="spellEnd"/>
      <w:r>
        <w:t xml:space="preserve"> a </w:t>
      </w:r>
      <w:proofErr w:type="spellStart"/>
      <w:r>
        <w:t>příjmení</w:t>
      </w:r>
      <w:proofErr w:type="spellEnd"/>
      <w:r>
        <w:t xml:space="preserve"> / </w:t>
      </w:r>
      <w:proofErr w:type="spellStart"/>
      <w:r>
        <w:t>firma</w:t>
      </w:r>
      <w:proofErr w:type="spellEnd"/>
      <w:r>
        <w:t>: __________________________________________</w:t>
      </w:r>
    </w:p>
    <w:p w14:paraId="36DD8552" w14:textId="77777777" w:rsidR="000F6148" w:rsidRDefault="0093450D">
      <w:r>
        <w:t xml:space="preserve">E-mail / </w:t>
      </w:r>
      <w:proofErr w:type="spellStart"/>
      <w:r>
        <w:t>telefon</w:t>
      </w:r>
      <w:proofErr w:type="spellEnd"/>
      <w:r>
        <w:t>: ___________________________________________________</w:t>
      </w:r>
    </w:p>
    <w:p w14:paraId="6B505F59" w14:textId="77777777" w:rsidR="000F6148" w:rsidRDefault="0093450D">
      <w:proofErr w:type="spellStart"/>
      <w:r>
        <w:t>Adresa</w:t>
      </w:r>
      <w:proofErr w:type="spellEnd"/>
      <w:r>
        <w:t>: ____________________________________________________________</w:t>
      </w:r>
    </w:p>
    <w:p w14:paraId="0566BAE5" w14:textId="77777777" w:rsidR="000F6148" w:rsidRDefault="0093450D">
      <w:proofErr w:type="spellStart"/>
      <w:r>
        <w:t>Číslo</w:t>
      </w:r>
      <w:proofErr w:type="spellEnd"/>
      <w:r>
        <w:t xml:space="preserve"> </w:t>
      </w:r>
      <w:proofErr w:type="spellStart"/>
      <w:r>
        <w:t>objednávky</w:t>
      </w:r>
      <w:proofErr w:type="spellEnd"/>
      <w:r>
        <w:t xml:space="preserve"> a datum </w:t>
      </w:r>
      <w:proofErr w:type="spellStart"/>
      <w:r>
        <w:t>převzetí</w:t>
      </w:r>
      <w:proofErr w:type="spellEnd"/>
      <w:r>
        <w:t>: __________________________________</w:t>
      </w:r>
    </w:p>
    <w:p w14:paraId="511C837C" w14:textId="77777777" w:rsidR="000F6148" w:rsidRDefault="0093450D">
      <w:proofErr w:type="spellStart"/>
      <w:r>
        <w:t>Reklamovaný</w:t>
      </w:r>
      <w:proofErr w:type="spellEnd"/>
      <w:r>
        <w:t xml:space="preserve"> </w:t>
      </w:r>
      <w:proofErr w:type="spellStart"/>
      <w:r>
        <w:t>výrobek</w:t>
      </w:r>
      <w:proofErr w:type="spellEnd"/>
      <w:r>
        <w:t>: ______________________________________________</w:t>
      </w:r>
    </w:p>
    <w:p w14:paraId="4DED10E6" w14:textId="77777777" w:rsidR="000F6148" w:rsidRDefault="0093450D">
      <w:proofErr w:type="spellStart"/>
      <w:r>
        <w:t>Popis</w:t>
      </w:r>
      <w:proofErr w:type="spellEnd"/>
      <w:r>
        <w:t xml:space="preserve"> </w:t>
      </w:r>
      <w:proofErr w:type="spellStart"/>
      <w:r>
        <w:t>vady</w:t>
      </w:r>
      <w:proofErr w:type="spellEnd"/>
      <w:r>
        <w:t xml:space="preserve"> a </w:t>
      </w:r>
      <w:proofErr w:type="spellStart"/>
      <w:r>
        <w:t>kdy</w:t>
      </w:r>
      <w:proofErr w:type="spellEnd"/>
      <w:r>
        <w:t xml:space="preserve"> se </w:t>
      </w:r>
      <w:proofErr w:type="spellStart"/>
      <w:r>
        <w:t>projevila</w:t>
      </w:r>
      <w:proofErr w:type="spellEnd"/>
      <w:r>
        <w:t>: ______________________________________</w:t>
      </w:r>
    </w:p>
    <w:p w14:paraId="1AAE3421" w14:textId="77777777" w:rsidR="000F6148" w:rsidRDefault="0093450D">
      <w:r>
        <w:t>___________________________________________________________________</w:t>
      </w:r>
    </w:p>
    <w:p w14:paraId="28129109" w14:textId="77777777" w:rsidR="000F6148" w:rsidRDefault="0093450D">
      <w:proofErr w:type="spellStart"/>
      <w:r>
        <w:t>Požadovaný</w:t>
      </w:r>
      <w:proofErr w:type="spellEnd"/>
      <w:r>
        <w:t xml:space="preserve">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vyřízení</w:t>
      </w:r>
      <w:proofErr w:type="spellEnd"/>
      <w:r>
        <w:t xml:space="preserve"> </w:t>
      </w:r>
      <w:proofErr w:type="spellStart"/>
      <w:r>
        <w:t>reklamace</w:t>
      </w:r>
      <w:proofErr w:type="spellEnd"/>
      <w:r>
        <w:t>: ______________________________</w:t>
      </w:r>
    </w:p>
    <w:p w14:paraId="6B52BED7" w14:textId="77777777" w:rsidR="000F6148" w:rsidRDefault="0093450D">
      <w:r>
        <w:t>Datum: _________________</w:t>
      </w:r>
      <w:proofErr w:type="gramStart"/>
      <w:r>
        <w:t xml:space="preserve">_  </w:t>
      </w:r>
      <w:proofErr w:type="spellStart"/>
      <w:r>
        <w:t>Podpis</w:t>
      </w:r>
      <w:proofErr w:type="spellEnd"/>
      <w:proofErr w:type="gramEnd"/>
      <w:r>
        <w:t xml:space="preserve"> (</w:t>
      </w:r>
      <w:proofErr w:type="spellStart"/>
      <w:r>
        <w:t>při</w:t>
      </w:r>
      <w:proofErr w:type="spellEnd"/>
      <w:r>
        <w:t xml:space="preserve"> </w:t>
      </w:r>
      <w:proofErr w:type="spellStart"/>
      <w:r>
        <w:t>listinném</w:t>
      </w:r>
      <w:proofErr w:type="spellEnd"/>
      <w:r>
        <w:t xml:space="preserve"> </w:t>
      </w:r>
      <w:proofErr w:type="spellStart"/>
      <w:r>
        <w:t>podání</w:t>
      </w:r>
      <w:proofErr w:type="spellEnd"/>
      <w:r>
        <w:t>): ______________</w:t>
      </w:r>
    </w:p>
    <w:p w14:paraId="60701D43" w14:textId="77777777" w:rsidR="000F6148" w:rsidRDefault="0093450D">
      <w:proofErr w:type="spellStart"/>
      <w:r>
        <w:t>Při</w:t>
      </w:r>
      <w:proofErr w:type="spellEnd"/>
      <w:r>
        <w:t xml:space="preserve"> </w:t>
      </w:r>
      <w:proofErr w:type="spellStart"/>
      <w:r>
        <w:t>uplatnění</w:t>
      </w:r>
      <w:proofErr w:type="spellEnd"/>
      <w:r>
        <w:t xml:space="preserve"> </w:t>
      </w:r>
      <w:proofErr w:type="spellStart"/>
      <w:r>
        <w:t>reklamace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vydáno</w:t>
      </w:r>
      <w:proofErr w:type="spellEnd"/>
      <w:r>
        <w:t xml:space="preserve"> </w:t>
      </w:r>
      <w:proofErr w:type="spellStart"/>
      <w:r>
        <w:t>potvrzení</w:t>
      </w:r>
      <w:proofErr w:type="spellEnd"/>
      <w:r>
        <w:t xml:space="preserve"> </w:t>
      </w:r>
      <w:proofErr w:type="spellStart"/>
      <w:r>
        <w:t>obsahující</w:t>
      </w:r>
      <w:proofErr w:type="spellEnd"/>
      <w:r>
        <w:t xml:space="preserve"> </w:t>
      </w:r>
      <w:proofErr w:type="spellStart"/>
      <w:r>
        <w:t>zákonem</w:t>
      </w:r>
      <w:proofErr w:type="spellEnd"/>
      <w:r>
        <w:t xml:space="preserve"> </w:t>
      </w:r>
      <w:proofErr w:type="spellStart"/>
      <w:r>
        <w:t>stanovené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. </w:t>
      </w:r>
      <w:proofErr w:type="spellStart"/>
      <w:r>
        <w:t>Použití</w:t>
      </w:r>
      <w:proofErr w:type="spellEnd"/>
      <w:r>
        <w:t xml:space="preserve"> </w:t>
      </w:r>
      <w:proofErr w:type="spellStart"/>
      <w:r>
        <w:t>tohoto</w:t>
      </w:r>
      <w:proofErr w:type="spellEnd"/>
      <w:r>
        <w:t xml:space="preserve"> </w:t>
      </w:r>
      <w:proofErr w:type="spellStart"/>
      <w:r>
        <w:t>formuláře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podmínkou</w:t>
      </w:r>
      <w:proofErr w:type="spellEnd"/>
      <w:r>
        <w:t xml:space="preserve"> </w:t>
      </w:r>
      <w:proofErr w:type="spellStart"/>
      <w:r>
        <w:t>reklamace</w:t>
      </w:r>
      <w:proofErr w:type="spellEnd"/>
      <w:r>
        <w:t>.</w:t>
      </w:r>
    </w:p>
    <w:p w14:paraId="481F878E" w14:textId="77777777" w:rsidR="000F6148" w:rsidRDefault="0093450D">
      <w:r>
        <w:br w:type="page"/>
      </w:r>
    </w:p>
    <w:sectPr w:rsidR="000F6148" w:rsidSect="00034616">
      <w:footerReference w:type="default" r:id="rId8"/>
      <w:pgSz w:w="11906" w:h="16838"/>
      <w:pgMar w:top="1247" w:right="1332" w:bottom="1134" w:left="13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AA867" w14:textId="77777777" w:rsidR="0093450D" w:rsidRDefault="0093450D">
      <w:pPr>
        <w:spacing w:after="0" w:line="240" w:lineRule="auto"/>
      </w:pPr>
      <w:r>
        <w:separator/>
      </w:r>
    </w:p>
  </w:endnote>
  <w:endnote w:type="continuationSeparator" w:id="0">
    <w:p w14:paraId="456E8D45" w14:textId="77777777" w:rsidR="0093450D" w:rsidRDefault="00934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6FAE1" w14:textId="77777777" w:rsidR="000F6148" w:rsidRDefault="0093450D">
    <w:pPr>
      <w:pStyle w:val="Zpat"/>
      <w:jc w:val="center"/>
    </w:pPr>
    <w:proofErr w:type="spellStart"/>
    <w:proofErr w:type="gramStart"/>
    <w:r>
      <w:rPr>
        <w:color w:val="787878"/>
        <w:sz w:val="16"/>
      </w:rPr>
      <w:t>MedoSvit</w:t>
    </w:r>
    <w:proofErr w:type="spellEnd"/>
    <w:r>
      <w:rPr>
        <w:color w:val="787878"/>
        <w:sz w:val="16"/>
      </w:rPr>
      <w:t xml:space="preserve">  •</w:t>
    </w:r>
    <w:proofErr w:type="gramEnd"/>
    <w:r>
      <w:rPr>
        <w:color w:val="787878"/>
        <w:sz w:val="16"/>
      </w:rPr>
      <w:t xml:space="preserve">  </w:t>
    </w:r>
    <w:proofErr w:type="spellStart"/>
    <w:r>
      <w:rPr>
        <w:color w:val="787878"/>
        <w:sz w:val="16"/>
      </w:rPr>
      <w:t>Všeobecné</w:t>
    </w:r>
    <w:proofErr w:type="spellEnd"/>
    <w:r>
      <w:rPr>
        <w:color w:val="787878"/>
        <w:sz w:val="16"/>
      </w:rPr>
      <w:t xml:space="preserve"> </w:t>
    </w:r>
    <w:proofErr w:type="spellStart"/>
    <w:r>
      <w:rPr>
        <w:color w:val="787878"/>
        <w:sz w:val="16"/>
      </w:rPr>
      <w:t>obchodní</w:t>
    </w:r>
    <w:proofErr w:type="spellEnd"/>
    <w:r>
      <w:rPr>
        <w:color w:val="787878"/>
        <w:sz w:val="16"/>
      </w:rPr>
      <w:t xml:space="preserve"> </w:t>
    </w:r>
    <w:proofErr w:type="spellStart"/>
    <w:r>
      <w:rPr>
        <w:color w:val="787878"/>
        <w:sz w:val="16"/>
      </w:rPr>
      <w:t>podmínky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25385" w14:textId="77777777" w:rsidR="0093450D" w:rsidRDefault="0093450D">
      <w:pPr>
        <w:spacing w:after="0" w:line="240" w:lineRule="auto"/>
      </w:pPr>
      <w:r>
        <w:separator/>
      </w:r>
    </w:p>
  </w:footnote>
  <w:footnote w:type="continuationSeparator" w:id="0">
    <w:p w14:paraId="7C8A6408" w14:textId="77777777" w:rsidR="0093450D" w:rsidRDefault="00934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7964147">
    <w:abstractNumId w:val="8"/>
  </w:num>
  <w:num w:numId="2" w16cid:durableId="681278865">
    <w:abstractNumId w:val="6"/>
  </w:num>
  <w:num w:numId="3" w16cid:durableId="794442360">
    <w:abstractNumId w:val="5"/>
  </w:num>
  <w:num w:numId="4" w16cid:durableId="1601328644">
    <w:abstractNumId w:val="4"/>
  </w:num>
  <w:num w:numId="5" w16cid:durableId="1489663296">
    <w:abstractNumId w:val="7"/>
  </w:num>
  <w:num w:numId="6" w16cid:durableId="684482152">
    <w:abstractNumId w:val="3"/>
  </w:num>
  <w:num w:numId="7" w16cid:durableId="1105466920">
    <w:abstractNumId w:val="2"/>
  </w:num>
  <w:num w:numId="8" w16cid:durableId="869756685">
    <w:abstractNumId w:val="1"/>
  </w:num>
  <w:num w:numId="9" w16cid:durableId="1742631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6148"/>
    <w:rsid w:val="0015074B"/>
    <w:rsid w:val="00155B95"/>
    <w:rsid w:val="00224A0D"/>
    <w:rsid w:val="0029639D"/>
    <w:rsid w:val="002E19C1"/>
    <w:rsid w:val="00326F90"/>
    <w:rsid w:val="008007F0"/>
    <w:rsid w:val="0093450D"/>
    <w:rsid w:val="00AA1D8D"/>
    <w:rsid w:val="00AA7992"/>
    <w:rsid w:val="00B47730"/>
    <w:rsid w:val="00B81AFC"/>
    <w:rsid w:val="00CB0664"/>
    <w:rsid w:val="00CE0234"/>
    <w:rsid w:val="00D24E43"/>
    <w:rsid w:val="00E93F38"/>
    <w:rsid w:val="00FC693F"/>
    <w:rsid w:val="00FC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EC81D8"/>
  <w14:defaultImageDpi w14:val="300"/>
  <w15:docId w15:val="{2585CFF6-EDAC-4DBB-9E4C-C16B3594A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271" w:lineRule="auto"/>
    </w:pPr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394D4D"/>
      <w:sz w:val="2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300" w:after="140"/>
      <w:outlineLvl w:val="1"/>
    </w:pPr>
    <w:rPr>
      <w:rFonts w:asciiTheme="majorHAnsi" w:eastAsiaTheme="majorEastAsia" w:hAnsiTheme="majorHAnsi" w:cstheme="majorBidi"/>
      <w:b/>
      <w:bCs/>
      <w:color w:val="394D4D"/>
      <w:sz w:val="21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300" w:after="140" w:line="240" w:lineRule="auto"/>
      <w:contextualSpacing/>
    </w:pPr>
    <w:rPr>
      <w:rFonts w:asciiTheme="majorHAnsi" w:eastAsiaTheme="majorEastAsia" w:hAnsiTheme="majorHAnsi" w:cstheme="majorBidi"/>
      <w:b/>
      <w:color w:val="282D35"/>
      <w:spacing w:val="5"/>
      <w:kern w:val="28"/>
      <w:sz w:val="3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Prokešová</cp:lastModifiedBy>
  <cp:revision>6</cp:revision>
  <dcterms:created xsi:type="dcterms:W3CDTF">2013-12-23T23:15:00Z</dcterms:created>
  <dcterms:modified xsi:type="dcterms:W3CDTF">2026-10-27T11:19:00Z</dcterms:modified>
  <cp:category/>
</cp:coreProperties>
</file>